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שלישיות - הפכים, מילים נרדפות וקטגוריות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זוגות מילים הפכים ומילים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לסווג מילים לקטגוריות משותפות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הפכים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זול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מאוחר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הפכים ונרדפות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שתיהן מתארות הרגשה טובה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אלו הפכים ולא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שתיהן מתארות מראה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אלו לא הפכים, הן אפילו דומות במובן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אלו שתי מילים במשמעות הפוכה לגבי מרחק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חסרות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קטגוריות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(בעלי 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(רהיטים)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(צבעים)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(חודשים)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מילה, יכתוב הפך תקין ונרדפת תקינה, ויסביר את הבחירה בהיגיון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 יכתוב שלוש מילים מאותו נושא (למשל כלי נגינה) ויסביר את הקשר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הצפויה: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במשמעות קרובה כמו עליז/מאושר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מילים מאותו נושא, למשל שלושה כלי נגינה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את השיעור במשחק קצר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תלמידים לזוגות בחלק ההתאמה כדי לעודד 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המוקלת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שלישיות - הפכים, מילים נרדפות וקטגוריות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השלישיות משחקים עם קבוצות של מילים הקשורות זו לזו - הפכים, מילים נרדפות או מילים מאותה קטגוריה. בדף הזה נתרגל את שלושת הסוגים.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הפכים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המילה ההפוכה ל'עצוב'?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רעב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המילה ההפוכה ל'פתוח'?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המילה ההפוכה ל'יקר'?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נמוך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המילה ההפוכה ל'חזק'?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המילה ההפוכה ל'מוקדם'?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מאוחר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הפכים ונרדפות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'שמח' ו'עליז'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'חם' ו'קר'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'יפה' ו'נאה'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'גבוה' ו'ארוך' הן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'רחוק' ו'קרוב' הן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חסרות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ההפך ממילה 'אור'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ההפך ממילה 'מעל'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נרדפת למילה 'רץ'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ממילה 'נכנס'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מילה נרדפת למילה 'יפה'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תפוח, בננה, ענב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בעלי 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כלב, חתול, סוס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צבעים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שולחן, כיסא, מיטה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אדום, כחול,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ינואר, פברואר, מרץ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רהיטים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מילה אחת וכתבו לה הפך אחד ונרדפת אחת. הסבירו למה בחרתם כך.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שלישייה משלכם - שלוש מילים ששייכות לאותה קטגוריה - והסבירו מה מחבר ביניהן.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ההפוכה ל'גדול'?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נרדפת למילה 'שמח'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לשלישיית מילים מאותה קטגוריה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שלישיות - הפכים, מילים נרדפות וקטגוריות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