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שלישיות - הפכים,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הפכים ומילים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לסווג מילים לקטגוריות משותפות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הפכים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הפכים ונרדפות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מראה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לא הפכים, הן אפילו דומות במובן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שתי מילים במשמעות הפוכה לגבי מרחק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(רהיטים)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מילה, יכתוב הפך תקין ונרדפת תקינה, ויסביר את הבחירה בהיגיון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יכתוב שלוש מילים מאותו נושא (למשל כלי נגינה) ויסביר את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במשמעות קרובה כמו עליז/מאושר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מאותו נושא, למשל שלושה כלי נגינה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במשחק קצר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תלמידים לזוגות בחלק ההתאמה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המוקלת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שלישיות - הפכים,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שהן הפוכות, יש מילים שהן דומות, ויש מילים ששייכות לאותה קבוצה.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שהמשמעות שלהן הפוכה, למשל גדול-קטן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שיש להן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מילים ששייכות לאותו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שלוש מילים הקשורות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קלפים שמשחקים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לסווג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כל מילה בקבוצה המתאימה 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הפכים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הפוך מ'עצוב'?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הפוך מ'פתוח'?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הפוך מ'יקר'?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הפוך מ'חזק'?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הפוך מ'מוקדם'?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הפכים ונרדפות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'יפה' ו'נאה'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'גבוה' ו'ארוך'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'רחוק' ו'קרוב'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ממילה 'אור'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ממילה 'מעל'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'רץ'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ממילה 'נכנס'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למילה 'יפה'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תפוח, בננה, ענב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כלב, חתול, 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שולחן, כיסא,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אדום, כחול,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רהיטים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ינואר, פברואר, מרץ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צבעים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אחת וכתבו לה הפך אחד ונרדפת אחת. הסבירו למה בחרתם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שלישייה משלכם - שלוש מילים ששייכות לאותה קטגוריה - והסבירו מה מחבר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ההפוכה ל'גדול'?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למילה 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לשלישיית מילים מאותה קטגוריה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שלישיות - הפכים, מילים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