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שלישיות - הפכים, מילים נרדפות וקטגוריות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זוגות מילים הפכים ומילים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לסווג מילים לקטגוריות משותפות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הפכים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סגור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הפכים ונרדפות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שתיהן מתארות הרגשה טובה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אלו הפכים ולא 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שתיהן מתארות מראה 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חסרות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קטגוריות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(בעלי 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(רהיטים)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(צבעים)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יכתוב שלוש מילים מאותו נושא (למשל כלי נגינה) ויסביר את הקשר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הצפויה: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במשמעות קרובה כמו עליז/מאושר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מילים מאותו נושא, למשל שלושה כלי נגינה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את השיעור במשחק קצר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תלמידים לזוגות בחלק ההתאמה כדי לעודד 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המוקלת אפשר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שלישיות - הפכים, מילים נרדפות וקטגוריות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במשחק השלישיות משחקים עם קבוצות של מילים הקשורות זו לזו - הפכים, מילים נרדפות או מילים מאותה קטגוריה. בדף הזה נתרגל את שלושת הסוגים.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דוהר  ·  מתחת  ·  חושך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הפכים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המילה ההפוכה ל'עצוב'?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המילה ההפוכה ל'פתוח'?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סגור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ריק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 - הפכים ונרדפות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המילים 'שמח' ו'עליז'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המילים 'חם' ו'קר'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המילים 'יפה' ו'נאה'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 חסרות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ההפך ממילה 'אור'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ההפך ממילה 'מעל'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מילה נרדפת למילה 'רץ'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תפוח, בננה, ענב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בעלי 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כלב, חתול, סוס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צבעים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שולחן, כיסא, מיטה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אדום, כחול,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רהיטים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חשיבה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שלישייה משלכם - שלוש מילים ששייכות לאותה קטגוריה - והסבירו מה מחבר ביניהן.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המילה ההפוכה ל'גדול'?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למילה נרדפת למילה 'שמח'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שלישיות - הפכים, מילים נרדפות וקטגוריות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